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 שלומדת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בעברית על למידת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חצי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מחברת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שהיא בת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בהתחלה היא כמעט לא הבינה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שכתבה חמש מילים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היא מדברת עם החברות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(מישהו שבא לגור בישראל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(הדרך שבה אנשים 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שאומרים כשמישהו עוזר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(לפגוש מישהו בפעם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סופיה עלתה לישראל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סופיה לא הבינה כמעט כלום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רותי נתנה לסופיה מחברת קטנה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סופיה כתבה כל יום חמש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חודש סופיה יכלה לבקש דברים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סופיה עוזרת לתלמידה חדשה מרוסיה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כתיבה במחברת, ציור ליד מילה, דיבור עם חברים, חזרה על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סופיה, עלתה מאוקראינה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קטנה - כתיבת מילים וציור ליד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מדברת איתה ועוזרת לה להרגיש בבית, כי היא זוכרת איך הרגישה ביום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התרגול, פעם אחת בקצב רגיל ופעם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אוצר המילים בקול יחד עם התלמידים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פתוחה: איך הייתם מרגישים ביום הראשון בכיתה חדשה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פוגשים את סופיה, ילדה בת עשר שעלתה לישראל מאוקראינה ולומדת עברית בעזרת מחברת מילים. בדף הזה נתרגל את הסיפור ואת המילים החדשות שלמדנו.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הילדה שמספרת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ארץ עלתה הילדה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עבר מאז שהיא 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רותי נתנה 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הגיעה התלמידה החדשה שהיא עוזרת 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בסיפור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הילדה הבינה הכל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היא כתבה חמש מילים חדשות במחברת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לא מדברת היום עם החברות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אני מדברת עם החברות שלי בהפסקה וגם עוזרת ל__________ חדשה שהגיעה מרוסיה.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 שנה עליתי לישראל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לא __________ כמעט שום מילה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שלי נתנה לי מחברת קטנה __________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שאומרים כשמישהו עוזר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מישהו שבא לגור בישראל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הדרך שבה אנשים מדברים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סופיה לא הבינה כמעט כלום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כתבה כל יום חמש מילים חדשות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חודש סופיה יכלה לבקש דברים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עוזרת לתלמידה חדשה מרוסיה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רותי נתנה לסופיה מחברת קטנה למילים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ללמוד מילים חדשות בעברית? כתבו שלושה או ארבעה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לילדה בסיפור ומאיפה היא עלתה?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עזר לסופיה ללמוד 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סופיה עוזרת לתלמידה החדשה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 - הסיפור של סופיה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