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 - הסיפור של סופיה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ילדה עולה חדשה שלומדת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בנושא היכרות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בעברית על למידת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חצי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מחברת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רוסיה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שהיא בת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בהתחלה היא כמעט לא הבינה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שכתבה חמש מילים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היום היא מדברת עם החברות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שאומרים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(מישהו שבא לגור בישראל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(הדרך שבה אנשים מדברים)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(מילה שאומרים כשמישהו עוזר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(לפגוש מישהו בפעם הראשונה)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סופיה עלתה לישראל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בהתחלה סופיה לא הבינה כמעט כלום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המורה רותי נתנה לסופיה מחברת קטנה למילים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סופיה כתבה כל יום חמש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חודש סופיה יכלה לבקש דברים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סופיה עוזרת לתלמידה חדשה מרוסיה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כתיבה במחברת, ציור ליד מילה, דיבור עם חברים, חזרה על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סופיה, עלתה מאוקראינה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מחברת קטנה - כתיבת מילים וציור ליד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מדברת איתה ועוזרת לה להרגיש בבית, כי היא זוכרת איך הרגישה ביום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פעמיים לפני התרגול, פעם אחת בקצב רגיל ופעם 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אוצר המילים בקול יחד עם התלמידים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שאלה פתוחה: איך הייתם מרגישים ביום הראשון בכיתה חדשה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 - הסיפור של סופיה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על ילדה בשם סופיה. היא באה מאוקראינה לישראל. היא לומדת עברית עם מחברת קטנה. נתרגל ביחד את המילים והסיפור.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שאומרים כשפוגשים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קוראים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ילדה שלומדת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מישהי שאוהבים ומבלים איתה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שבו גרים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שבא לגור בישראל ממדינה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אנשים מדברים, כמו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להכיר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לפגוש מישהו בפעם הראשונה ולדעת מי הוא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היא באה?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היא כבר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המורה נתנה לילדה?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מחברת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מאיזו ארץ באה התלמידה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בסיפור בת עשר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הילדה הבינה הכל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יום היא כתבה חמש מילים חדשות במחברת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לא מדברת היום עם החברות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אני מדברת עם החברות שלי בהפסקה וגם עוזרת ל__________ חדשה שהגיעה מרוסיה.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חצי שנה עליתי לישראל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בהתחלה לא __________ כמעט שום מילה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המורה שלי נתנה לי מחברת קטנה __________ חדשות.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שבה אנשים מדברים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לפגוש מישהו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שאומרים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מישהו שבא לגור בישראל ממדינה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להכיר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שאומרים כשמישהו עוזר 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חודש סופיה יכלה לבקש דברים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רותי נתנה לסופיה מחברת קטנה למילים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סופיה לא הבינה כמעט כלום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עוזרת לתלמידה חדשה מרוסיה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כתבה כל יום חמש מילים חדשות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עלתה לישראל מאוקראינה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לכם ללמוד מילים חדשות בעברית? כתבו שלושה או ארבעה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לילדה בסיפור ומאיפה היא עלתה?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עזר לסופיה ללמוד מילים חדשות?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סופיה עוזרת לתלמידה החדשה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 - הסיפור של סופיה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