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ילדה עולה חדשה שלומדת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בעברית על למידת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אוקראינה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שהיא בת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בהתחלה היא כמעט לא הבינה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(מישהו שבא לגור בישראל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(הדרך שבה אנשים מדברים)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שאומרים כשמישהו עוזר 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סופיה עלתה לישראל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סופיה לא הבינה כמעט כלום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רותי נתנה לסופיה מחברת קטנה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סופיה עוזרת לתלמידה חדשה מרוסיה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כתיבה במחברת, ציור ליד מילה, דיבור עם חברים, חזרה על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סופיה, עלתה מאוקראינה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מחברת קטנה - כתיבת מילים וציור ליד כל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מדברת איתה ועוזרת לה להרגיש בבית, כי היא זוכרת איך הרגישה ביום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התרגול, פעם אחת בקצב רגיל ופעם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אוצר המילים בקול יחד עם התלמידים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פתוחה: איך הייתם מרגישים ביום הראשון בכיתה חדשה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 - הסיפור של סופיה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בטקסט פוגשים את סופיה, ילדה בת עשר שעלתה לישראל מאוקראינה ולומדת עברית בעזרת מחברת מילים. בדף הזה נתרגל את הסיפור ואת המילים החדשות שלמדנו.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תלמידה  ·  הבנתי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הילדה שמספרת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ארץ עלתה הילדה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הילדה בסיפור בת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בהתחלה הילדה הבינה הכל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היום אני מדברת עם החברות שלי בהפסקה וגם עוזרת ל__________ חדשה שהגיעה מרוסיה.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בהתחלה לא __________ כמעט שום מילה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הדרך שבה אנשים מדברים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שאומרים כשמישהו עוזר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מישהו שבא לגור בישראל ממדינה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סיפור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בהתחלה סופיה לא הבינה כמעט כלום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סופיה עוזרת לתלמידה חדשה מרוסיה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סופיה עלתה לישראל מאוקראינה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המורה רותי נתנה לסופיה מחברת קטנה למילים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עוזר לכם ללמוד מילים חדשות בעברית? כתבו שלושה או ארבעה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קוראים לילדה בסיפור ומאיפה היא עלתה?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עזר לסופיה ללמוד 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 - הסיפור של סופיה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